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4B08A3" w14:textId="559B79A2" w:rsidR="007E0521" w:rsidRDefault="007E0521" w:rsidP="007E0521">
      <w:pPr>
        <w:pStyle w:val="a9"/>
        <w:spacing w:line="360" w:lineRule="auto"/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ru-RU"/>
        </w:rPr>
        <w:t xml:space="preserve">    </w:t>
      </w:r>
      <w:r w:rsidRPr="007E0521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ru-RU"/>
        </w:rPr>
        <w:t>Всеукраїнський інтерактивний конкурс «МАН–Юніор Дослідник»</w:t>
      </w:r>
      <w:r w:rsidR="00050C5A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ru-RU"/>
        </w:rPr>
        <w:t xml:space="preserve">      </w:t>
      </w:r>
      <w:r w:rsidR="000B7471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ru-RU"/>
        </w:rPr>
        <w:t xml:space="preserve">              </w:t>
      </w:r>
      <w:r w:rsidR="00A21162">
        <w:rPr>
          <w:rFonts w:ascii="Times New Roman" w:hAnsi="Times New Roman" w:cs="Times New Roman"/>
          <w:color w:val="202124"/>
          <w:sz w:val="28"/>
          <w:szCs w:val="28"/>
          <w:shd w:val="clear" w:color="auto" w:fill="FFFFFF"/>
          <w:lang w:val="ru-RU"/>
        </w:rPr>
        <w:t xml:space="preserve"> </w:t>
      </w:r>
    </w:p>
    <w:p w14:paraId="1AFD4574" w14:textId="7649BFF1" w:rsidR="00E7176B" w:rsidRPr="00A21162" w:rsidRDefault="00050C5A" w:rsidP="00A21162">
      <w:pPr>
        <w:pStyle w:val="a9"/>
        <w:spacing w:line="36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ru-RU"/>
        </w:rPr>
      </w:pPr>
      <w:r>
        <w:rPr>
          <w:rFonts w:asciiTheme="majorHAnsi" w:eastAsiaTheme="majorEastAsia" w:hAnsi="Segoe UI Light" w:cstheme="majorBidi"/>
          <w:b/>
          <w:bCs/>
          <w:color w:val="000000" w:themeColor="text1"/>
          <w:kern w:val="24"/>
          <w:sz w:val="28"/>
          <w:szCs w:val="28"/>
          <w:lang w:val="uk-UA"/>
        </w:rPr>
        <w:t xml:space="preserve">                                          </w:t>
      </w:r>
      <w:r>
        <w:rPr>
          <w:rFonts w:asciiTheme="majorHAnsi" w:eastAsiaTheme="majorEastAsia" w:hAnsi="Segoe UI Light" w:cstheme="majorBidi"/>
          <w:b/>
          <w:bCs/>
          <w:color w:val="000000" w:themeColor="text1"/>
          <w:kern w:val="24"/>
          <w:sz w:val="28"/>
          <w:szCs w:val="28"/>
          <w:lang w:val="ru-RU"/>
        </w:rPr>
        <w:t xml:space="preserve">  </w:t>
      </w:r>
      <w:r w:rsidR="00E7176B" w:rsidRPr="007E0521">
        <w:rPr>
          <w:rFonts w:ascii="Times New Roman" w:hAnsi="Times New Roman" w:cs="Times New Roman"/>
          <w:sz w:val="28"/>
          <w:szCs w:val="28"/>
          <w:lang w:val="uk-UA"/>
        </w:rPr>
        <w:t xml:space="preserve">Тези </w:t>
      </w:r>
      <w:r w:rsidR="007E0521" w:rsidRPr="007E0521">
        <w:rPr>
          <w:rFonts w:ascii="Times New Roman" w:hAnsi="Times New Roman" w:cs="Times New Roman"/>
          <w:sz w:val="28"/>
          <w:szCs w:val="28"/>
          <w:lang w:val="uk-UA"/>
        </w:rPr>
        <w:t>до дослідницької</w:t>
      </w:r>
      <w:r w:rsidR="00E7176B" w:rsidRPr="007E0521">
        <w:rPr>
          <w:rFonts w:ascii="Times New Roman" w:hAnsi="Times New Roman" w:cs="Times New Roman"/>
          <w:sz w:val="28"/>
          <w:szCs w:val="28"/>
          <w:lang w:val="uk-UA"/>
        </w:rPr>
        <w:t xml:space="preserve"> роботи</w:t>
      </w:r>
      <w:r w:rsidR="00E7176B" w:rsidRPr="00E7176B">
        <w:rPr>
          <w:rFonts w:ascii="Times New Roman" w:hAnsi="Times New Roman" w:cs="Times New Roman"/>
          <w:sz w:val="28"/>
          <w:szCs w:val="28"/>
          <w:lang w:val="uk-UA"/>
        </w:rPr>
        <w:br/>
      </w:r>
      <w:r w:rsidR="00EE01ED" w:rsidRPr="007E0521">
        <w:rPr>
          <w:b/>
          <w:bCs/>
          <w:sz w:val="32"/>
          <w:szCs w:val="32"/>
          <w:lang w:val="ru-RU"/>
        </w:rPr>
        <w:t>Особливості росту і розвитку манго, вирощеного з кісточки в домашніх умовах</w:t>
      </w:r>
    </w:p>
    <w:p w14:paraId="015E2CD7" w14:textId="50EA75FA" w:rsidR="00E7176B" w:rsidRPr="00E7176B" w:rsidRDefault="007E0521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Роботу виконала </w:t>
      </w:r>
      <w:r w:rsidR="00D07614">
        <w:rPr>
          <w:rFonts w:ascii="Times New Roman" w:hAnsi="Times New Roman" w:cs="Times New Roman"/>
          <w:sz w:val="28"/>
          <w:szCs w:val="28"/>
          <w:lang w:val="uk-UA"/>
        </w:rPr>
        <w:t>Лопушенко</w:t>
      </w:r>
      <w:r w:rsidR="00EE01ED">
        <w:rPr>
          <w:rFonts w:ascii="Times New Roman" w:hAnsi="Times New Roman" w:cs="Times New Roman"/>
          <w:sz w:val="28"/>
          <w:szCs w:val="28"/>
          <w:lang w:val="uk-UA"/>
        </w:rPr>
        <w:t xml:space="preserve"> Валерія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D07614">
        <w:rPr>
          <w:rFonts w:ascii="Times New Roman" w:hAnsi="Times New Roman" w:cs="Times New Roman"/>
          <w:sz w:val="28"/>
          <w:szCs w:val="28"/>
          <w:lang w:val="uk-UA"/>
        </w:rPr>
        <w:t>Сергії</w:t>
      </w:r>
      <w:r>
        <w:rPr>
          <w:rFonts w:ascii="Times New Roman" w:hAnsi="Times New Roman" w:cs="Times New Roman"/>
          <w:sz w:val="28"/>
          <w:szCs w:val="28"/>
          <w:lang w:val="uk-UA"/>
        </w:rPr>
        <w:t>вна,</w:t>
      </w:r>
      <w:r w:rsidR="00E7176B"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E01ED">
        <w:rPr>
          <w:rFonts w:ascii="Times New Roman" w:hAnsi="Times New Roman" w:cs="Times New Roman"/>
          <w:sz w:val="28"/>
          <w:szCs w:val="28"/>
          <w:lang w:val="uk-UA"/>
        </w:rPr>
        <w:t>учениця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10-Б класу ліцею №3 Новокаховської міської ради, м. Нова Каховка</w:t>
      </w:r>
    </w:p>
    <w:p w14:paraId="14EAE257" w14:textId="67AD66AF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7E0521">
        <w:rPr>
          <w:rFonts w:ascii="Times New Roman" w:hAnsi="Times New Roman" w:cs="Times New Roman"/>
          <w:sz w:val="28"/>
          <w:szCs w:val="28"/>
          <w:lang w:val="uk-UA"/>
        </w:rPr>
        <w:t>Керівник:</w:t>
      </w:r>
      <w:r w:rsidR="007E0521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E01ED">
        <w:rPr>
          <w:rFonts w:ascii="Times New Roman" w:hAnsi="Times New Roman" w:cs="Times New Roman"/>
          <w:sz w:val="28"/>
          <w:szCs w:val="28"/>
          <w:lang w:val="uk-UA"/>
        </w:rPr>
        <w:t>Матвеєва Тетяна Василівна</w:t>
      </w:r>
      <w:r w:rsidR="00AE0F44">
        <w:rPr>
          <w:rFonts w:ascii="Times New Roman" w:hAnsi="Times New Roman" w:cs="Times New Roman"/>
          <w:sz w:val="28"/>
          <w:szCs w:val="28"/>
          <w:lang w:val="uk-UA"/>
        </w:rPr>
        <w:t>,</w:t>
      </w: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 вчитель</w:t>
      </w:r>
      <w:r w:rsidR="00CA4269">
        <w:rPr>
          <w:rFonts w:ascii="Times New Roman" w:hAnsi="Times New Roman" w:cs="Times New Roman"/>
          <w:sz w:val="28"/>
          <w:szCs w:val="28"/>
          <w:lang w:val="uk-UA"/>
        </w:rPr>
        <w:t xml:space="preserve"> ліцею №3 Новокаховської міської ради, м. Нова Каховка</w:t>
      </w:r>
    </w:p>
    <w:p w14:paraId="39277905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Актуальність теми</w:t>
      </w:r>
    </w:p>
    <w:p w14:paraId="3BA5ECB1" w14:textId="26421314" w:rsidR="00E7176B" w:rsidRPr="00EE01ED" w:rsidRDefault="00EE01ED" w:rsidP="00E41B1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sz w:val="28"/>
          <w:szCs w:val="28"/>
          <w:lang w:val="ru-RU"/>
        </w:rPr>
        <w:t>Вирощування екзотичних рослин у домашніх умовах є актуальним напрямком досліджень оскільки дозволяє вивчати вплив факторів середовища на</w:t>
      </w:r>
      <w:r w:rsidR="00ED5914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ріст рослин. Манго</w:t>
      </w:r>
      <w:r w:rsidR="00ED5914">
        <w:rPr>
          <w:sz w:val="28"/>
          <w:szCs w:val="28"/>
          <w:lang w:val="ru-RU"/>
        </w:rPr>
        <w:t xml:space="preserve"> як тропічна культура потребує особливих умов, тому дослідження його розвитку в кімнатному середовищі є важливим. </w:t>
      </w:r>
    </w:p>
    <w:p w14:paraId="677621AF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Мета роботи</w:t>
      </w:r>
    </w:p>
    <w:p w14:paraId="578DD50C" w14:textId="572BEB4C" w:rsidR="00E7176B" w:rsidRPr="00E7176B" w:rsidRDefault="00ED5914" w:rsidP="00E41B1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Дослідити особливості росту і розвитку манго, вирощеного з кісточки в домашніх умовах.</w:t>
      </w:r>
    </w:p>
    <w:p w14:paraId="7733174E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 дослідження</w:t>
      </w:r>
    </w:p>
    <w:p w14:paraId="7E120564" w14:textId="519D04A0" w:rsidR="00E7176B" w:rsidRPr="00E7176B" w:rsidRDefault="008E23F7" w:rsidP="00E7176B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Проаналізувати літературні джерела.</w:t>
      </w:r>
      <w:r w:rsidR="00E7176B"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1465C97D" w14:textId="6F0053C8" w:rsidR="00E7176B" w:rsidRPr="00E7176B" w:rsidRDefault="008E23F7" w:rsidP="00E7176B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Проростити кісточку.</w:t>
      </w:r>
      <w:r w:rsidR="00E7176B"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14:paraId="1FEF7324" w14:textId="16568880" w:rsidR="00E7176B" w:rsidRPr="00E7176B" w:rsidRDefault="008E23F7" w:rsidP="00E7176B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Здійснювати спостереження за ростом</w:t>
      </w:r>
      <w:r w:rsidR="00AE0F4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408C4">
        <w:rPr>
          <w:rFonts w:ascii="Times New Roman" w:hAnsi="Times New Roman" w:cs="Times New Roman"/>
          <w:sz w:val="28"/>
          <w:szCs w:val="28"/>
          <w:lang w:val="uk-UA"/>
        </w:rPr>
        <w:t>манго</w:t>
      </w:r>
      <w:r w:rsidR="00E7176B"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</w:p>
    <w:p w14:paraId="4020DE6E" w14:textId="5516DCB3" w:rsidR="00E7176B" w:rsidRPr="00E7176B" w:rsidRDefault="008E23F7" w:rsidP="00E7176B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Вимірювати висоту ро</w:t>
      </w:r>
      <w:r w:rsidR="00AE0F44">
        <w:rPr>
          <w:rFonts w:ascii="Times New Roman" w:hAnsi="Times New Roman" w:cs="Times New Roman"/>
          <w:sz w:val="28"/>
          <w:szCs w:val="28"/>
          <w:lang w:val="uk-UA"/>
        </w:rPr>
        <w:t>слини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 кількість листочків</w:t>
      </w:r>
      <w:r w:rsidR="00E7176B"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; </w:t>
      </w:r>
    </w:p>
    <w:p w14:paraId="0F81B502" w14:textId="3E6537A6" w:rsidR="00E7176B" w:rsidRPr="00E7176B" w:rsidRDefault="008E23F7" w:rsidP="00E7176B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Узагальнити результати дослідження</w:t>
      </w:r>
      <w:r w:rsidR="00E7176B"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</w:p>
    <w:p w14:paraId="404F3A89" w14:textId="77777777" w:rsidR="00CA4269" w:rsidRDefault="00E7176B" w:rsidP="00CA426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Методи дослідження</w:t>
      </w:r>
    </w:p>
    <w:p w14:paraId="2C9CA248" w14:textId="0C55529E" w:rsidR="00392045" w:rsidRPr="00CA4269" w:rsidRDefault="00E7176B" w:rsidP="00CA4269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теоретичний аналіз, експеримент, спостереження, </w:t>
      </w:r>
      <w:r w:rsidR="008E23F7">
        <w:rPr>
          <w:rFonts w:ascii="Times New Roman" w:hAnsi="Times New Roman" w:cs="Times New Roman"/>
          <w:sz w:val="28"/>
          <w:szCs w:val="28"/>
          <w:lang w:val="uk-UA"/>
        </w:rPr>
        <w:t>вимірювання</w:t>
      </w:r>
      <w:r w:rsidR="0070089E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E7176B">
        <w:rPr>
          <w:rFonts w:ascii="Times New Roman" w:hAnsi="Times New Roman" w:cs="Times New Roman"/>
          <w:sz w:val="28"/>
          <w:szCs w:val="28"/>
          <w:lang w:val="uk-UA"/>
        </w:rPr>
        <w:t>аналіз результатів.</w:t>
      </w:r>
    </w:p>
    <w:p w14:paraId="4CA0D1E1" w14:textId="77FC7EE2" w:rsidR="00E7176B" w:rsidRPr="00392045" w:rsidRDefault="00E7176B" w:rsidP="00392045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Суть проєкту</w:t>
      </w:r>
    </w:p>
    <w:p w14:paraId="4383905D" w14:textId="77777777" w:rsidR="00AE6452" w:rsidRPr="00AE6452" w:rsidRDefault="00AE6452" w:rsidP="00E41B18">
      <w:pPr>
        <w:spacing w:after="0" w:line="360" w:lineRule="auto"/>
        <w:ind w:left="720"/>
        <w:rPr>
          <w:rFonts w:ascii="Times New Roman" w:hAnsi="Times New Roman" w:cs="Times New Roman"/>
          <w:sz w:val="28"/>
          <w:szCs w:val="28"/>
          <w:lang w:val="uk-UA"/>
        </w:rPr>
      </w:pPr>
      <w:r w:rsidRPr="00AE6452">
        <w:rPr>
          <w:rFonts w:ascii="Times New Roman" w:hAnsi="Times New Roman" w:cs="Times New Roman"/>
          <w:sz w:val="28"/>
          <w:szCs w:val="28"/>
          <w:lang w:val="uk-UA"/>
        </w:rPr>
        <w:t>Манго було вирощене з кісточки в домашніх умовах.</w:t>
      </w:r>
    </w:p>
    <w:p w14:paraId="2946101C" w14:textId="77777777" w:rsidR="00AE6452" w:rsidRPr="00AE6452" w:rsidRDefault="00AE6452" w:rsidP="00AE6452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6452">
        <w:rPr>
          <w:rFonts w:ascii="Times New Roman" w:hAnsi="Times New Roman" w:cs="Times New Roman"/>
          <w:sz w:val="28"/>
          <w:szCs w:val="28"/>
          <w:lang w:val="uk-UA"/>
        </w:rPr>
        <w:t>Умови вирощування:</w:t>
      </w:r>
    </w:p>
    <w:p w14:paraId="7FE4D138" w14:textId="77777777" w:rsidR="00AE6452" w:rsidRPr="00AE6452" w:rsidRDefault="00AE6452" w:rsidP="00AE6452">
      <w:pPr>
        <w:numPr>
          <w:ilvl w:val="0"/>
          <w:numId w:val="13"/>
        </w:numPr>
        <w:tabs>
          <w:tab w:val="left" w:pos="7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6452">
        <w:rPr>
          <w:rFonts w:ascii="Times New Roman" w:hAnsi="Times New Roman" w:cs="Times New Roman"/>
          <w:sz w:val="28"/>
          <w:szCs w:val="28"/>
          <w:lang w:val="uk-UA"/>
        </w:rPr>
        <w:t xml:space="preserve">кімнатна температура </w:t>
      </w:r>
    </w:p>
    <w:p w14:paraId="083B4363" w14:textId="77777777" w:rsidR="00AE6452" w:rsidRPr="00AE6452" w:rsidRDefault="00AE6452" w:rsidP="00AE6452">
      <w:pPr>
        <w:numPr>
          <w:ilvl w:val="0"/>
          <w:numId w:val="13"/>
        </w:numPr>
        <w:tabs>
          <w:tab w:val="left" w:pos="7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6452">
        <w:rPr>
          <w:rFonts w:ascii="Times New Roman" w:hAnsi="Times New Roman" w:cs="Times New Roman"/>
          <w:sz w:val="28"/>
          <w:szCs w:val="28"/>
          <w:lang w:val="uk-UA"/>
        </w:rPr>
        <w:t xml:space="preserve">природне освітлення </w:t>
      </w:r>
    </w:p>
    <w:p w14:paraId="6494F21F" w14:textId="77777777" w:rsidR="00AE6452" w:rsidRPr="00AE6452" w:rsidRDefault="00AE6452" w:rsidP="00AE6452">
      <w:pPr>
        <w:numPr>
          <w:ilvl w:val="0"/>
          <w:numId w:val="13"/>
        </w:numPr>
        <w:tabs>
          <w:tab w:val="left" w:pos="7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6452">
        <w:rPr>
          <w:rFonts w:ascii="Times New Roman" w:hAnsi="Times New Roman" w:cs="Times New Roman"/>
          <w:sz w:val="28"/>
          <w:szCs w:val="28"/>
          <w:lang w:val="uk-UA"/>
        </w:rPr>
        <w:t xml:space="preserve">регулярний полив </w:t>
      </w:r>
    </w:p>
    <w:p w14:paraId="41198234" w14:textId="77777777" w:rsidR="00AE6452" w:rsidRPr="00AE6452" w:rsidRDefault="00AE6452" w:rsidP="00AE6452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6452">
        <w:rPr>
          <w:rFonts w:ascii="Times New Roman" w:hAnsi="Times New Roman" w:cs="Times New Roman"/>
          <w:sz w:val="28"/>
          <w:szCs w:val="28"/>
          <w:lang w:val="uk-UA"/>
        </w:rPr>
        <w:t>Протягом дослідження проводилися:</w:t>
      </w:r>
    </w:p>
    <w:p w14:paraId="0AA4D0CC" w14:textId="77777777" w:rsidR="00AE6452" w:rsidRPr="00AE6452" w:rsidRDefault="00AE6452" w:rsidP="00AE6452">
      <w:pPr>
        <w:numPr>
          <w:ilvl w:val="0"/>
          <w:numId w:val="14"/>
        </w:numPr>
        <w:tabs>
          <w:tab w:val="left" w:pos="7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6452">
        <w:rPr>
          <w:rFonts w:ascii="Times New Roman" w:hAnsi="Times New Roman" w:cs="Times New Roman"/>
          <w:sz w:val="28"/>
          <w:szCs w:val="28"/>
          <w:lang w:val="uk-UA"/>
        </w:rPr>
        <w:t xml:space="preserve">спостереження за ростом </w:t>
      </w:r>
    </w:p>
    <w:p w14:paraId="6FEAD5A8" w14:textId="77777777" w:rsidR="00AE6452" w:rsidRPr="00AE6452" w:rsidRDefault="00AE6452" w:rsidP="00AE6452">
      <w:pPr>
        <w:numPr>
          <w:ilvl w:val="0"/>
          <w:numId w:val="14"/>
        </w:numPr>
        <w:tabs>
          <w:tab w:val="left" w:pos="7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6452">
        <w:rPr>
          <w:rFonts w:ascii="Times New Roman" w:hAnsi="Times New Roman" w:cs="Times New Roman"/>
          <w:sz w:val="28"/>
          <w:szCs w:val="28"/>
          <w:lang w:val="uk-UA"/>
        </w:rPr>
        <w:t xml:space="preserve">вимірювання висоти рослини </w:t>
      </w:r>
    </w:p>
    <w:p w14:paraId="1F138D09" w14:textId="77777777" w:rsidR="00AE6452" w:rsidRPr="00AE6452" w:rsidRDefault="00AE6452" w:rsidP="00AE6452">
      <w:pPr>
        <w:numPr>
          <w:ilvl w:val="0"/>
          <w:numId w:val="14"/>
        </w:numPr>
        <w:tabs>
          <w:tab w:val="left" w:pos="7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E6452">
        <w:rPr>
          <w:rFonts w:ascii="Times New Roman" w:hAnsi="Times New Roman" w:cs="Times New Roman"/>
          <w:sz w:val="28"/>
          <w:szCs w:val="28"/>
          <w:lang w:val="uk-UA"/>
        </w:rPr>
        <w:t xml:space="preserve">підрахунок листків </w:t>
      </w:r>
    </w:p>
    <w:p w14:paraId="71E822F5" w14:textId="77777777" w:rsidR="00AE6452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Результати дослідження</w:t>
      </w:r>
    </w:p>
    <w:p w14:paraId="6B10C6AD" w14:textId="5C9C43F6" w:rsidR="00E7176B" w:rsidRPr="00AE6452" w:rsidRDefault="00AE6452" w:rsidP="00E41B1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AE6452">
        <w:rPr>
          <w:rFonts w:ascii="Times New Roman" w:hAnsi="Times New Roman" w:cs="Times New Roman"/>
          <w:sz w:val="28"/>
          <w:szCs w:val="28"/>
          <w:lang w:val="ru-RU"/>
        </w:rPr>
        <w:t>У процесі дослідження встановлено, що за 6 тижнів висота рослини збільшилася з 5 см до 18 см, а кількість листків – з 2 до 6. Найбільш інтенсивний ріст відбувався на 3–4 тижні. Виявлено залежність росту від освітлення, температури та режиму поливу.</w:t>
      </w:r>
    </w:p>
    <w:p w14:paraId="37D87A86" w14:textId="551363E7" w:rsidR="00E7176B" w:rsidRPr="00BD7D94" w:rsidRDefault="00AE6452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7176B"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Висновки</w:t>
      </w:r>
    </w:p>
    <w:p w14:paraId="06E144DE" w14:textId="6886F001" w:rsidR="00E7176B" w:rsidRDefault="00AE6452" w:rsidP="00E41B1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AE6452">
        <w:rPr>
          <w:rFonts w:ascii="Times New Roman" w:hAnsi="Times New Roman" w:cs="Times New Roman"/>
          <w:sz w:val="28"/>
          <w:szCs w:val="28"/>
          <w:lang w:val="ru-RU"/>
        </w:rPr>
        <w:t>Манго успішно росте в домашніх умовах. Ключ до успіху-правильна підготовка кісточки,  достатнє освітлення, стабільний температурний режим та помірн</w:t>
      </w:r>
      <w:r w:rsidR="00AE0F44">
        <w:rPr>
          <w:rFonts w:ascii="Times New Roman" w:hAnsi="Times New Roman" w:cs="Times New Roman"/>
          <w:sz w:val="28"/>
          <w:szCs w:val="28"/>
          <w:lang w:val="ru-RU"/>
        </w:rPr>
        <w:t>ий</w:t>
      </w:r>
      <w:r w:rsidRPr="00AE6452">
        <w:rPr>
          <w:rFonts w:ascii="Times New Roman" w:hAnsi="Times New Roman" w:cs="Times New Roman"/>
          <w:sz w:val="28"/>
          <w:szCs w:val="28"/>
          <w:lang w:val="ru-RU"/>
        </w:rPr>
        <w:t xml:space="preserve"> полив. Ріст рослини є нерівномірним і залежить від умов середовища.</w:t>
      </w:r>
      <w:r w:rsidR="00E7176B"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 Проведене дослідження сприяє формуванню екологічної свідомості та підвищенню рівня практичних навичок учнів.</w:t>
      </w:r>
    </w:p>
    <w:p w14:paraId="5C15543B" w14:textId="545A577B" w:rsidR="00BD7D94" w:rsidRDefault="00BD7D94" w:rsidP="00E41B1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D7D94">
        <w:rPr>
          <w:rFonts w:ascii="Times New Roman" w:hAnsi="Times New Roman" w:cs="Times New Roman"/>
          <w:b/>
          <w:bCs/>
          <w:sz w:val="28"/>
          <w:szCs w:val="28"/>
          <w:lang w:val="uk-UA"/>
        </w:rPr>
        <w:t>Перспективи подальших досліджень</w:t>
      </w:r>
    </w:p>
    <w:p w14:paraId="6AA19148" w14:textId="77777777" w:rsidR="00BD7D94" w:rsidRPr="00BD7D94" w:rsidRDefault="00BD7D94" w:rsidP="00BD7D94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BD7D94">
        <w:rPr>
          <w:rFonts w:ascii="Times New Roman" w:hAnsi="Times New Roman" w:cs="Times New Roman"/>
          <w:sz w:val="28"/>
          <w:szCs w:val="28"/>
          <w:lang w:val="uk-UA"/>
        </w:rPr>
        <w:t>Перспективи дослідження полягають у вивченні впливу умов середовища (освітлення, температури, поливу, ґрунту) на ріст манго, а також у проведенні довготривалих спостережень і дослідженні можливості його плодоношення в домашніх умовах.</w:t>
      </w:r>
    </w:p>
    <w:p w14:paraId="477C404F" w14:textId="77777777" w:rsidR="00BD7D94" w:rsidRPr="00BD7D94" w:rsidRDefault="00BD7D94" w:rsidP="00E41B1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9B55F3E" w14:textId="24207B86" w:rsidR="001719A8" w:rsidRPr="00E7176B" w:rsidRDefault="001719A8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1719A8" w:rsidRPr="00E7176B" w:rsidSect="00996659">
      <w:pgSz w:w="12240" w:h="15840"/>
      <w:pgMar w:top="1440" w:right="9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egoe UI Light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5F1E20"/>
    <w:multiLevelType w:val="multilevel"/>
    <w:tmpl w:val="B44EA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DC7CAF"/>
    <w:multiLevelType w:val="multilevel"/>
    <w:tmpl w:val="3FA4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3D12E44"/>
    <w:multiLevelType w:val="hybridMultilevel"/>
    <w:tmpl w:val="42AE85EA"/>
    <w:lvl w:ilvl="0" w:tplc="089C996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12548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2895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DC91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504AD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6F279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78C7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2C4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1D017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7A0E412A"/>
    <w:multiLevelType w:val="multilevel"/>
    <w:tmpl w:val="633EB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F373F0C"/>
    <w:multiLevelType w:val="hybridMultilevel"/>
    <w:tmpl w:val="F6B4EC46"/>
    <w:lvl w:ilvl="0" w:tplc="BB1E04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1C31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A18FCF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6C48E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0A485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1BAF8C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AC2D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BE8AA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AABD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314258511">
    <w:abstractNumId w:val="8"/>
  </w:num>
  <w:num w:numId="2" w16cid:durableId="1369182742">
    <w:abstractNumId w:val="6"/>
  </w:num>
  <w:num w:numId="3" w16cid:durableId="795953608">
    <w:abstractNumId w:val="5"/>
  </w:num>
  <w:num w:numId="4" w16cid:durableId="846142160">
    <w:abstractNumId w:val="4"/>
  </w:num>
  <w:num w:numId="5" w16cid:durableId="1219315124">
    <w:abstractNumId w:val="7"/>
  </w:num>
  <w:num w:numId="6" w16cid:durableId="880095462">
    <w:abstractNumId w:val="3"/>
  </w:num>
  <w:num w:numId="7" w16cid:durableId="932007339">
    <w:abstractNumId w:val="2"/>
  </w:num>
  <w:num w:numId="8" w16cid:durableId="261303288">
    <w:abstractNumId w:val="1"/>
  </w:num>
  <w:num w:numId="9" w16cid:durableId="1938102464">
    <w:abstractNumId w:val="0"/>
  </w:num>
  <w:num w:numId="10" w16cid:durableId="568154988">
    <w:abstractNumId w:val="10"/>
  </w:num>
  <w:num w:numId="11" w16cid:durableId="1737051377">
    <w:abstractNumId w:val="12"/>
  </w:num>
  <w:num w:numId="12" w16cid:durableId="1063258724">
    <w:abstractNumId w:val="9"/>
  </w:num>
  <w:num w:numId="13" w16cid:durableId="1557004920">
    <w:abstractNumId w:val="13"/>
  </w:num>
  <w:num w:numId="14" w16cid:durableId="177146475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0C5A"/>
    <w:rsid w:val="0006063C"/>
    <w:rsid w:val="000B7471"/>
    <w:rsid w:val="0015074B"/>
    <w:rsid w:val="001719A8"/>
    <w:rsid w:val="002237EC"/>
    <w:rsid w:val="0029639D"/>
    <w:rsid w:val="00326F90"/>
    <w:rsid w:val="00392045"/>
    <w:rsid w:val="0070089E"/>
    <w:rsid w:val="007E0521"/>
    <w:rsid w:val="00803A2A"/>
    <w:rsid w:val="00892804"/>
    <w:rsid w:val="008E23F7"/>
    <w:rsid w:val="00996659"/>
    <w:rsid w:val="00A21162"/>
    <w:rsid w:val="00AA1D8D"/>
    <w:rsid w:val="00AE0F44"/>
    <w:rsid w:val="00AE6452"/>
    <w:rsid w:val="00B47730"/>
    <w:rsid w:val="00BD7D94"/>
    <w:rsid w:val="00C408C4"/>
    <w:rsid w:val="00C72F45"/>
    <w:rsid w:val="00CA4269"/>
    <w:rsid w:val="00CB0664"/>
    <w:rsid w:val="00D07614"/>
    <w:rsid w:val="00E41B18"/>
    <w:rsid w:val="00E7176B"/>
    <w:rsid w:val="00ED5914"/>
    <w:rsid w:val="00EE01ED"/>
    <w:rsid w:val="00F140F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C9CB4F"/>
  <w14:defaultImageDpi w14:val="300"/>
  <w15:docId w15:val="{990BC3AB-8399-47A7-917D-44E9BFF11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link w:val="aa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b">
    <w:name w:val="Title"/>
    <w:basedOn w:val="a1"/>
    <w:next w:val="a1"/>
    <w:link w:val="ac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Назва Знак"/>
    <w:basedOn w:val="a2"/>
    <w:link w:val="ab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d">
    <w:name w:val="Subtitle"/>
    <w:basedOn w:val="a1"/>
    <w:next w:val="a1"/>
    <w:link w:val="a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ідзаголовок Знак"/>
    <w:basedOn w:val="a2"/>
    <w:link w:val="ad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0">
    <w:name w:val="Body Text"/>
    <w:basedOn w:val="a1"/>
    <w:link w:val="af1"/>
    <w:uiPriority w:val="99"/>
    <w:unhideWhenUsed/>
    <w:rsid w:val="00AA1D8D"/>
    <w:pPr>
      <w:spacing w:after="120"/>
    </w:pPr>
  </w:style>
  <w:style w:type="character" w:customStyle="1" w:styleId="af1">
    <w:name w:val="Основний текст Знак"/>
    <w:basedOn w:val="a2"/>
    <w:link w:val="af0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2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3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4">
    <w:name w:val="macro"/>
    <w:link w:val="af5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5">
    <w:name w:val="Текст макросу Знак"/>
    <w:basedOn w:val="a2"/>
    <w:link w:val="af4"/>
    <w:uiPriority w:val="99"/>
    <w:rsid w:val="0029639D"/>
    <w:rPr>
      <w:rFonts w:ascii="Courier" w:hAnsi="Courier"/>
      <w:sz w:val="20"/>
      <w:szCs w:val="20"/>
    </w:rPr>
  </w:style>
  <w:style w:type="paragraph" w:styleId="af6">
    <w:name w:val="Quote"/>
    <w:basedOn w:val="a1"/>
    <w:next w:val="a1"/>
    <w:link w:val="af7"/>
    <w:uiPriority w:val="29"/>
    <w:qFormat/>
    <w:rsid w:val="00FC693F"/>
    <w:rPr>
      <w:i/>
      <w:iCs/>
      <w:color w:val="000000" w:themeColor="text1"/>
    </w:rPr>
  </w:style>
  <w:style w:type="character" w:customStyle="1" w:styleId="af7">
    <w:name w:val="Цитата Знак"/>
    <w:basedOn w:val="a2"/>
    <w:link w:val="af6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8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9">
    <w:name w:val="Strong"/>
    <w:basedOn w:val="a2"/>
    <w:uiPriority w:val="22"/>
    <w:qFormat/>
    <w:rsid w:val="00FC693F"/>
    <w:rPr>
      <w:b/>
      <w:bCs/>
    </w:rPr>
  </w:style>
  <w:style w:type="character" w:styleId="afa">
    <w:name w:val="Emphasis"/>
    <w:basedOn w:val="a2"/>
    <w:uiPriority w:val="20"/>
    <w:qFormat/>
    <w:rsid w:val="00FC693F"/>
    <w:rPr>
      <w:i/>
      <w:iCs/>
    </w:rPr>
  </w:style>
  <w:style w:type="paragraph" w:styleId="afb">
    <w:name w:val="Intense Quote"/>
    <w:basedOn w:val="a1"/>
    <w:next w:val="a1"/>
    <w:link w:val="afc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c">
    <w:name w:val="Насичена цитата Знак"/>
    <w:basedOn w:val="a2"/>
    <w:link w:val="afb"/>
    <w:uiPriority w:val="30"/>
    <w:rsid w:val="00FC693F"/>
    <w:rPr>
      <w:b/>
      <w:bCs/>
      <w:i/>
      <w:iCs/>
      <w:color w:val="4F81BD" w:themeColor="accent1"/>
    </w:rPr>
  </w:style>
  <w:style w:type="character" w:styleId="afd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e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f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0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1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2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3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4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5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6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7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8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9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a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aa">
    <w:name w:val="Без інтервалів Знак"/>
    <w:link w:val="a9"/>
    <w:uiPriority w:val="1"/>
    <w:locked/>
    <w:rsid w:val="007E05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1438</TotalTime>
  <Pages>3</Pages>
  <Words>340</Words>
  <Characters>1938</Characters>
  <Application>Microsoft Office Word</Application>
  <DocSecurity>0</DocSecurity>
  <Lines>16</Lines>
  <Paragraphs>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2274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Екатерина Бондарь</cp:lastModifiedBy>
  <cp:revision>12</cp:revision>
  <cp:lastPrinted>2026-04-06T14:18:00Z</cp:lastPrinted>
  <dcterms:created xsi:type="dcterms:W3CDTF">2026-04-06T18:29:00Z</dcterms:created>
  <dcterms:modified xsi:type="dcterms:W3CDTF">2026-04-09T14:35:00Z</dcterms:modified>
  <cp:category/>
</cp:coreProperties>
</file>