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AC42B8" w14:textId="58C3354D" w:rsidR="00EF1BC1" w:rsidRDefault="003A08D1" w:rsidP="006B6C14">
      <w:pPr>
        <w:spacing w:after="0" w:line="360" w:lineRule="auto"/>
        <w:jc w:val="center"/>
        <w:rPr>
          <w:rFonts w:cs="Times New Roman"/>
          <w:szCs w:val="28"/>
          <w:lang w:val="uk-UA"/>
        </w:rPr>
      </w:pPr>
      <w:r>
        <w:rPr>
          <w:rFonts w:cs="Times New Roman"/>
          <w:szCs w:val="28"/>
          <w:lang w:val="uk-UA"/>
        </w:rPr>
        <w:t>Мій рідний край - Одеса</w:t>
      </w:r>
      <w:r w:rsidR="006B6C14" w:rsidRPr="006B6C14">
        <w:rPr>
          <w:rFonts w:cs="Times New Roman"/>
          <w:szCs w:val="28"/>
          <w:lang w:val="uk-UA"/>
        </w:rPr>
        <w:br/>
      </w:r>
      <w:r w:rsidR="006B6C14" w:rsidRPr="006B6C14">
        <w:rPr>
          <w:szCs w:val="28"/>
          <w:lang w:val="uk-UA"/>
        </w:rPr>
        <w:t>Гранчар Радміла Іванівна</w:t>
      </w:r>
      <w:r w:rsidR="006B6C14" w:rsidRPr="006B6C14">
        <w:rPr>
          <w:rFonts w:cs="Times New Roman"/>
          <w:szCs w:val="28"/>
          <w:lang w:val="uk-UA"/>
        </w:rPr>
        <w:br/>
        <w:t>Виноградівський ліцей Бессарабської селищної ради Одеської області</w:t>
      </w:r>
      <w:r w:rsidR="006B6C14" w:rsidRPr="006B6C14">
        <w:rPr>
          <w:rFonts w:cs="Times New Roman"/>
          <w:szCs w:val="28"/>
          <w:lang w:val="uk-UA"/>
        </w:rPr>
        <w:br/>
        <w:t>9 клас</w:t>
      </w:r>
      <w:r w:rsidR="006B6C14" w:rsidRPr="006B6C14">
        <w:rPr>
          <w:rFonts w:cs="Times New Roman"/>
          <w:szCs w:val="28"/>
          <w:lang w:val="uk-UA"/>
        </w:rPr>
        <w:br/>
      </w:r>
      <w:r w:rsidR="006B6C14" w:rsidRPr="006B6C14">
        <w:rPr>
          <w:szCs w:val="28"/>
          <w:lang w:val="uk-UA"/>
        </w:rPr>
        <w:t>Одеське територіальне відділення МАН</w:t>
      </w:r>
      <w:r w:rsidR="006B6C14" w:rsidRPr="006B6C14">
        <w:rPr>
          <w:rFonts w:cs="Times New Roman"/>
          <w:szCs w:val="28"/>
          <w:lang w:val="uk-UA"/>
        </w:rPr>
        <w:br/>
        <w:t xml:space="preserve">Науковий керівник: Узун Тетяна Миколаївна, вчитель біології та хімії </w:t>
      </w:r>
      <w:bookmarkStart w:id="0" w:name="_Hlk193054988"/>
      <w:r w:rsidR="006B6C14" w:rsidRPr="006B6C14">
        <w:rPr>
          <w:rFonts w:cs="Times New Roman"/>
          <w:szCs w:val="28"/>
          <w:lang w:val="uk-UA"/>
        </w:rPr>
        <w:t>Виноградівського ліцею Бессарабської селищної ради Одеської області</w:t>
      </w:r>
      <w:bookmarkEnd w:id="0"/>
    </w:p>
    <w:p w14:paraId="690B39F6" w14:textId="77777777" w:rsidR="00707514" w:rsidRPr="006B6C14" w:rsidRDefault="00707514" w:rsidP="006B6C14">
      <w:pPr>
        <w:spacing w:after="0" w:line="360" w:lineRule="auto"/>
        <w:jc w:val="center"/>
        <w:rPr>
          <w:rFonts w:cs="Times New Roman"/>
          <w:szCs w:val="28"/>
          <w:lang w:val="uk-UA"/>
        </w:rPr>
      </w:pPr>
    </w:p>
    <w:p w14:paraId="2A8860B1" w14:textId="77777777" w:rsidR="00EF1BC1" w:rsidRPr="006B6C14" w:rsidRDefault="00707514" w:rsidP="006B6C14">
      <w:pPr>
        <w:spacing w:line="360" w:lineRule="auto"/>
        <w:ind w:firstLine="720"/>
        <w:rPr>
          <w:szCs w:val="28"/>
          <w:lang w:val="uk-UA"/>
        </w:rPr>
      </w:pPr>
      <w:r w:rsidRPr="006B6C14">
        <w:rPr>
          <w:szCs w:val="28"/>
          <w:lang w:val="uk-UA"/>
        </w:rPr>
        <w:t>Метою проведеної роботи було краще пізнати своє рідне місто – Одесу, зануритися в її історію, зрозуміти, чим вона унікальна, і створити екскурсійний маршрут, який міг би допомогти іншим відчути її неповторну атмосферу. Я прагнула не лише зібрати цікаві факти з минулого, а й відчути живий пульс міста, яке формувалося століттями.</w:t>
      </w:r>
    </w:p>
    <w:p w14:paraId="4CF22397" w14:textId="77777777" w:rsidR="00EF1BC1" w:rsidRPr="006B6C14" w:rsidRDefault="00707514" w:rsidP="006B6C14">
      <w:pPr>
        <w:spacing w:line="360" w:lineRule="auto"/>
        <w:ind w:firstLine="720"/>
        <w:rPr>
          <w:szCs w:val="28"/>
          <w:lang w:val="uk-UA"/>
        </w:rPr>
      </w:pPr>
      <w:r w:rsidRPr="006B6C14">
        <w:rPr>
          <w:szCs w:val="28"/>
          <w:lang w:val="uk-UA"/>
        </w:rPr>
        <w:t>Щоб досягти поставленої мети, було визначено низку конкретних завдань. По-перше, я ознайомилась із історією заснування Одеси, її розвитком від невеликої пристані до великого морського міста. По-друге, проаналізувала окремі архітектурні пам’ятки, зокрема Дерибасівську вулицю, Потьомкінські сходи, Оперний театр та інші. Також вивчала історію Одеського порту, адже він відіграв важливу роль у становленні міста. Окремо зупинилась на катакомбах – загадковій підземній частині Одеси. Завершальним кроком було створення зручного одноденного екскурсійного маршруту, який би охоплював усі ці ключові локації.</w:t>
      </w:r>
    </w:p>
    <w:p w14:paraId="004C4807" w14:textId="77777777" w:rsidR="00EF1BC1" w:rsidRPr="006B6C14" w:rsidRDefault="00707514" w:rsidP="006B6C14">
      <w:pPr>
        <w:spacing w:line="360" w:lineRule="auto"/>
        <w:ind w:firstLine="720"/>
        <w:rPr>
          <w:szCs w:val="28"/>
          <w:lang w:val="uk-UA"/>
        </w:rPr>
      </w:pPr>
      <w:r w:rsidRPr="006B6C14">
        <w:rPr>
          <w:szCs w:val="28"/>
          <w:lang w:val="uk-UA"/>
        </w:rPr>
        <w:t>Об'єктом мого дослідження стало саме місто Одеса – таке яскраве, контрастне і багатогранне. Предметом – його історичні події, легенди, архітектура та культурні символи, які формують особливу атмосферу міста.</w:t>
      </w:r>
    </w:p>
    <w:p w14:paraId="0973E4CD" w14:textId="77777777" w:rsidR="00EF1BC1" w:rsidRPr="006B6C14" w:rsidRDefault="00707514" w:rsidP="006B6C14">
      <w:pPr>
        <w:spacing w:line="360" w:lineRule="auto"/>
        <w:ind w:firstLine="720"/>
        <w:rPr>
          <w:szCs w:val="28"/>
          <w:lang w:val="uk-UA"/>
        </w:rPr>
      </w:pPr>
      <w:r w:rsidRPr="006B6C14">
        <w:rPr>
          <w:szCs w:val="28"/>
          <w:lang w:val="uk-UA"/>
        </w:rPr>
        <w:t xml:space="preserve">Під час теоретичної частини я зверталася до різних джерел: історичних довідок, матеріалів з інтернету, статей, а також художніх описів Одеси в </w:t>
      </w:r>
      <w:r w:rsidRPr="006B6C14">
        <w:rPr>
          <w:szCs w:val="28"/>
          <w:lang w:val="uk-UA"/>
        </w:rPr>
        <w:lastRenderedPageBreak/>
        <w:t>літературі. Особливо цікавими були згадки про заснування міста, про перших поселенців – кіммерійців, скіфів, греків – і про подальший розвиток під владою Османської імперії, а потім Російської. Важливою віхою стала побудова Одеського порту, що визначило торговельне та економічне значення міста.</w:t>
      </w:r>
    </w:p>
    <w:p w14:paraId="3E1D3F0D" w14:textId="77777777" w:rsidR="00EF1BC1" w:rsidRPr="006B6C14" w:rsidRDefault="00707514" w:rsidP="006B6C14">
      <w:pPr>
        <w:spacing w:line="360" w:lineRule="auto"/>
        <w:ind w:firstLine="720"/>
        <w:rPr>
          <w:szCs w:val="28"/>
          <w:lang w:val="uk-UA"/>
        </w:rPr>
      </w:pPr>
      <w:r w:rsidRPr="006B6C14">
        <w:rPr>
          <w:szCs w:val="28"/>
          <w:lang w:val="uk-UA"/>
        </w:rPr>
        <w:t>У практичній частині я досліджувала сучасний вигляд міста: прогулялася його вулицями, зібрала інформацію про найвідоміші пам’ятки, які варто показати туристам. Склала маршрут, що включає Соборну площу, Міський сад, Потьомкінські сходи, Оперний театр та вулицю Дерибасівську. Усі ці місця не тільки красиві, а й глибоко символічні для Одеси.</w:t>
      </w:r>
    </w:p>
    <w:p w14:paraId="0308AEE2" w14:textId="4C88CA84" w:rsidR="00EF1BC1" w:rsidRDefault="00707514" w:rsidP="006B6C14">
      <w:pPr>
        <w:spacing w:line="360" w:lineRule="auto"/>
        <w:ind w:firstLine="720"/>
        <w:rPr>
          <w:szCs w:val="28"/>
          <w:lang w:val="uk-UA"/>
        </w:rPr>
      </w:pPr>
      <w:r w:rsidRPr="006B6C14">
        <w:rPr>
          <w:szCs w:val="28"/>
          <w:lang w:val="uk-UA"/>
        </w:rPr>
        <w:t>В результаті дослідження я дійшла висновку, що Одеса – це не просто місто, а цілий світ зі своєю історією, легендами та неповторною атмосферою. Її дворики, будівлі, вулиці, кожна бруківка зберігають відлуння минулого. Цей проєкт дозволив мені не тільки глибше дізнатися про своє місто, а й поділитися цим з іншими. Моєю особистою участю було збирання, систематизація та творче оформлення матеріалу, а новизна – у створенні зручного, цікавого екскурсійного маршруту, який з легкістю може використовуватися в освітньо-туристичних цілях.</w:t>
      </w:r>
    </w:p>
    <w:p w14:paraId="36CE1507" w14:textId="77777777" w:rsidR="006B6C14" w:rsidRPr="006B6C14" w:rsidRDefault="006B6C14">
      <w:pPr>
        <w:rPr>
          <w:szCs w:val="28"/>
          <w:lang w:val="uk-UA"/>
        </w:rPr>
      </w:pPr>
    </w:p>
    <w:sectPr w:rsidR="006B6C14" w:rsidRPr="006B6C14" w:rsidSect="006B6C14">
      <w:pgSz w:w="12240" w:h="15840"/>
      <w:pgMar w:top="1134" w:right="850"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A08D1"/>
    <w:rsid w:val="006B6C14"/>
    <w:rsid w:val="00707514"/>
    <w:rsid w:val="00AA1D8D"/>
    <w:rsid w:val="00B47730"/>
    <w:rsid w:val="00CB0664"/>
    <w:rsid w:val="00EF1BC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F701ABB"/>
  <w14:defaultImageDpi w14:val="300"/>
  <w15:docId w15:val="{DBBAD4F6-67CC-4C0A-8D2B-C3E1D806A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FC693F"/>
    <w:rPr>
      <w:rFonts w:ascii="Times New Roman" w:eastAsia="Times New Roman" w:hAnsi="Times New Roman"/>
      <w:sz w:val="28"/>
    </w:rPr>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E618BF"/>
    <w:pPr>
      <w:tabs>
        <w:tab w:val="center" w:pos="4680"/>
        <w:tab w:val="right" w:pos="9360"/>
      </w:tabs>
      <w:spacing w:after="0" w:line="240" w:lineRule="auto"/>
    </w:pPr>
  </w:style>
  <w:style w:type="character" w:customStyle="1" w:styleId="a6">
    <w:name w:val="Верхний колонтитул Знак"/>
    <w:basedOn w:val="a2"/>
    <w:link w:val="a5"/>
    <w:uiPriority w:val="99"/>
    <w:rsid w:val="00E618BF"/>
  </w:style>
  <w:style w:type="paragraph" w:styleId="a7">
    <w:name w:val="footer"/>
    <w:basedOn w:val="a1"/>
    <w:link w:val="a8"/>
    <w:uiPriority w:val="99"/>
    <w:unhideWhenUsed/>
    <w:rsid w:val="00E618BF"/>
    <w:pPr>
      <w:tabs>
        <w:tab w:val="center" w:pos="4680"/>
        <w:tab w:val="right" w:pos="9360"/>
      </w:tabs>
      <w:spacing w:after="0" w:line="240" w:lineRule="auto"/>
    </w:pPr>
  </w:style>
  <w:style w:type="character" w:customStyle="1" w:styleId="a8">
    <w:name w:val="Нижний колонтитул Знак"/>
    <w:basedOn w:val="a2"/>
    <w:link w:val="a7"/>
    <w:uiPriority w:val="99"/>
    <w:rsid w:val="00E618BF"/>
  </w:style>
  <w:style w:type="paragraph" w:styleId="a9">
    <w:name w:val="No Spacing"/>
    <w:uiPriority w:val="1"/>
    <w:qFormat/>
    <w:rsid w:val="00FC693F"/>
    <w:pPr>
      <w:spacing w:after="0" w:line="240" w:lineRule="auto"/>
    </w:pPr>
  </w:style>
  <w:style w:type="character" w:customStyle="1" w:styleId="10">
    <w:name w:val="Заголовок 1 Знак"/>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Заголовок 2 Знак"/>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Заголовок 3 Знак"/>
    <w:basedOn w:val="a2"/>
    <w:link w:val="31"/>
    <w:uiPriority w:val="9"/>
    <w:rsid w:val="00FC693F"/>
    <w:rPr>
      <w:rFonts w:asciiTheme="majorHAnsi" w:eastAsiaTheme="majorEastAsia" w:hAnsiTheme="majorHAnsi" w:cstheme="majorBidi"/>
      <w:b/>
      <w:bCs/>
      <w:color w:val="4F81BD" w:themeColor="accent1"/>
    </w:rPr>
  </w:style>
  <w:style w:type="paragraph" w:styleId="aa">
    <w:name w:val="Title"/>
    <w:basedOn w:val="a1"/>
    <w:next w:val="a1"/>
    <w:link w:val="ab"/>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Заголовок Знак"/>
    <w:basedOn w:val="a2"/>
    <w:link w:val="aa"/>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c">
    <w:name w:val="Subtitle"/>
    <w:basedOn w:val="a1"/>
    <w:next w:val="a1"/>
    <w:link w:val="ad"/>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d">
    <w:name w:val="Подзаголовок Знак"/>
    <w:basedOn w:val="a2"/>
    <w:link w:val="ac"/>
    <w:uiPriority w:val="11"/>
    <w:rsid w:val="00FC693F"/>
    <w:rPr>
      <w:rFonts w:asciiTheme="majorHAnsi" w:eastAsiaTheme="majorEastAsia" w:hAnsiTheme="majorHAnsi" w:cstheme="majorBidi"/>
      <w:i/>
      <w:iCs/>
      <w:color w:val="4F81BD" w:themeColor="accent1"/>
      <w:spacing w:val="15"/>
      <w:sz w:val="24"/>
      <w:szCs w:val="24"/>
    </w:rPr>
  </w:style>
  <w:style w:type="paragraph" w:styleId="ae">
    <w:name w:val="List Paragraph"/>
    <w:basedOn w:val="a1"/>
    <w:uiPriority w:val="34"/>
    <w:qFormat/>
    <w:rsid w:val="00FC693F"/>
    <w:pPr>
      <w:ind w:left="720"/>
      <w:contextualSpacing/>
    </w:pPr>
  </w:style>
  <w:style w:type="paragraph" w:styleId="af">
    <w:name w:val="Body Text"/>
    <w:basedOn w:val="a1"/>
    <w:link w:val="af0"/>
    <w:uiPriority w:val="99"/>
    <w:unhideWhenUsed/>
    <w:rsid w:val="00AA1D8D"/>
    <w:pPr>
      <w:spacing w:after="120"/>
    </w:pPr>
  </w:style>
  <w:style w:type="character" w:customStyle="1" w:styleId="af0">
    <w:name w:val="Основной текст Знак"/>
    <w:basedOn w:val="a2"/>
    <w:link w:val="af"/>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Основной текст 2 Знак"/>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Основной текст 3 Знак"/>
    <w:basedOn w:val="a2"/>
    <w:link w:val="33"/>
    <w:uiPriority w:val="99"/>
    <w:rsid w:val="00AA1D8D"/>
    <w:rPr>
      <w:sz w:val="16"/>
      <w:szCs w:val="16"/>
    </w:rPr>
  </w:style>
  <w:style w:type="paragraph" w:styleId="af1">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f2">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3">
    <w:name w:val="macro"/>
    <w:link w:val="af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4">
    <w:name w:val="Текст макроса Знак"/>
    <w:basedOn w:val="a2"/>
    <w:link w:val="af3"/>
    <w:uiPriority w:val="99"/>
    <w:rsid w:val="0029639D"/>
    <w:rPr>
      <w:rFonts w:ascii="Courier" w:hAnsi="Courier"/>
      <w:sz w:val="20"/>
      <w:szCs w:val="20"/>
    </w:rPr>
  </w:style>
  <w:style w:type="paragraph" w:styleId="27">
    <w:name w:val="Quote"/>
    <w:basedOn w:val="a1"/>
    <w:next w:val="a1"/>
    <w:link w:val="28"/>
    <w:uiPriority w:val="29"/>
    <w:qFormat/>
    <w:rsid w:val="00FC693F"/>
    <w:rPr>
      <w:i/>
      <w:iCs/>
      <w:color w:val="000000" w:themeColor="text1"/>
    </w:rPr>
  </w:style>
  <w:style w:type="character" w:customStyle="1" w:styleId="28">
    <w:name w:val="Цитата 2 Знак"/>
    <w:basedOn w:val="a2"/>
    <w:link w:val="27"/>
    <w:uiPriority w:val="29"/>
    <w:rsid w:val="00FC693F"/>
    <w:rPr>
      <w:i/>
      <w:iCs/>
      <w:color w:val="000000" w:themeColor="text1"/>
    </w:rPr>
  </w:style>
  <w:style w:type="character" w:customStyle="1" w:styleId="40">
    <w:name w:val="Заголовок 4 Знак"/>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Заголовок 5 Знак"/>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Заголовок 6 Знак"/>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Заголовок 7 Знак"/>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Заголовок 8 Знак"/>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Заголовок 9 Знак"/>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5">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6">
    <w:name w:val="Strong"/>
    <w:basedOn w:val="a2"/>
    <w:uiPriority w:val="22"/>
    <w:qFormat/>
    <w:rsid w:val="00FC693F"/>
    <w:rPr>
      <w:b/>
      <w:bCs/>
    </w:rPr>
  </w:style>
  <w:style w:type="character" w:styleId="af7">
    <w:name w:val="Emphasis"/>
    <w:basedOn w:val="a2"/>
    <w:uiPriority w:val="20"/>
    <w:qFormat/>
    <w:rsid w:val="00FC693F"/>
    <w:rPr>
      <w:i/>
      <w:iCs/>
    </w:rPr>
  </w:style>
  <w:style w:type="paragraph" w:styleId="af8">
    <w:name w:val="Intense Quote"/>
    <w:basedOn w:val="a1"/>
    <w:next w:val="a1"/>
    <w:link w:val="af9"/>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9">
    <w:name w:val="Выделенная цитата Знак"/>
    <w:basedOn w:val="a2"/>
    <w:link w:val="af8"/>
    <w:uiPriority w:val="30"/>
    <w:rsid w:val="00FC693F"/>
    <w:rPr>
      <w:b/>
      <w:bCs/>
      <w:i/>
      <w:iCs/>
      <w:color w:val="4F81BD" w:themeColor="accent1"/>
    </w:rPr>
  </w:style>
  <w:style w:type="character" w:styleId="afa">
    <w:name w:val="Subtle Emphasis"/>
    <w:basedOn w:val="a2"/>
    <w:uiPriority w:val="19"/>
    <w:qFormat/>
    <w:rsid w:val="00FC693F"/>
    <w:rPr>
      <w:i/>
      <w:iCs/>
      <w:color w:val="808080" w:themeColor="text1" w:themeTint="7F"/>
    </w:rPr>
  </w:style>
  <w:style w:type="character" w:styleId="afb">
    <w:name w:val="Intense Emphasis"/>
    <w:basedOn w:val="a2"/>
    <w:uiPriority w:val="21"/>
    <w:qFormat/>
    <w:rsid w:val="00FC693F"/>
    <w:rPr>
      <w:b/>
      <w:bCs/>
      <w:i/>
      <w:iCs/>
      <w:color w:val="4F81BD" w:themeColor="accent1"/>
    </w:rPr>
  </w:style>
  <w:style w:type="character" w:styleId="afc">
    <w:name w:val="Subtle Reference"/>
    <w:basedOn w:val="a2"/>
    <w:uiPriority w:val="31"/>
    <w:qFormat/>
    <w:rsid w:val="00FC693F"/>
    <w:rPr>
      <w:smallCaps/>
      <w:color w:val="C0504D" w:themeColor="accent2"/>
      <w:u w:val="single"/>
    </w:rPr>
  </w:style>
  <w:style w:type="character" w:styleId="afd">
    <w:name w:val="Intense Reference"/>
    <w:basedOn w:val="a2"/>
    <w:uiPriority w:val="32"/>
    <w:qFormat/>
    <w:rsid w:val="00FC693F"/>
    <w:rPr>
      <w:b/>
      <w:bCs/>
      <w:smallCaps/>
      <w:color w:val="C0504D" w:themeColor="accent2"/>
      <w:spacing w:val="5"/>
      <w:u w:val="single"/>
    </w:rPr>
  </w:style>
  <w:style w:type="character" w:styleId="afe">
    <w:name w:val="Book Title"/>
    <w:basedOn w:val="a2"/>
    <w:uiPriority w:val="33"/>
    <w:qFormat/>
    <w:rsid w:val="00FC693F"/>
    <w:rPr>
      <w:b/>
      <w:bCs/>
      <w:smallCaps/>
      <w:spacing w:val="5"/>
    </w:rPr>
  </w:style>
  <w:style w:type="paragraph" w:styleId="aff">
    <w:name w:val="TOC Heading"/>
    <w:basedOn w:val="1"/>
    <w:next w:val="a1"/>
    <w:uiPriority w:val="39"/>
    <w:semiHidden/>
    <w:unhideWhenUsed/>
    <w:qFormat/>
    <w:rsid w:val="00FC693F"/>
    <w:pPr>
      <w:outlineLvl w:val="9"/>
    </w:pPr>
  </w:style>
  <w:style w:type="table" w:styleId="aff0">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1">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2">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3">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1">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9">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a">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b">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7">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4">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5">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6">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7">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411</Words>
  <Characters>2344</Characters>
  <Application>Microsoft Office Word</Application>
  <DocSecurity>0</DocSecurity>
  <Lines>19</Lines>
  <Paragraphs>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2750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Татьяна Узун</cp:lastModifiedBy>
  <cp:revision>4</cp:revision>
  <dcterms:created xsi:type="dcterms:W3CDTF">2013-12-23T23:15:00Z</dcterms:created>
  <dcterms:modified xsi:type="dcterms:W3CDTF">2025-04-15T15:10:00Z</dcterms:modified>
  <cp:category/>
</cp:coreProperties>
</file>