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85B" w:rsidRPr="00282B01" w:rsidRDefault="00282B01">
      <w:pPr>
        <w:rPr>
          <w:b/>
          <w:lang w:val="uk-UA"/>
        </w:rPr>
      </w:pPr>
      <w:proofErr w:type="spellStart"/>
      <w:r w:rsidRPr="00282B01">
        <w:rPr>
          <w:rStyle w:val="10"/>
          <w:sz w:val="40"/>
          <w:szCs w:val="40"/>
        </w:rPr>
        <w:t>Тези</w:t>
      </w:r>
      <w:proofErr w:type="spellEnd"/>
      <w:r w:rsidRPr="00282B01">
        <w:rPr>
          <w:rStyle w:val="10"/>
          <w:sz w:val="40"/>
          <w:szCs w:val="40"/>
        </w:rPr>
        <w:t xml:space="preserve"> </w:t>
      </w:r>
      <w:proofErr w:type="spellStart"/>
      <w:r w:rsidRPr="00282B01">
        <w:rPr>
          <w:rStyle w:val="10"/>
          <w:sz w:val="40"/>
          <w:szCs w:val="40"/>
        </w:rPr>
        <w:t>до</w:t>
      </w:r>
      <w:proofErr w:type="spellEnd"/>
      <w:r w:rsidRPr="00282B01">
        <w:rPr>
          <w:rStyle w:val="10"/>
          <w:sz w:val="40"/>
          <w:szCs w:val="40"/>
        </w:rPr>
        <w:t xml:space="preserve"> </w:t>
      </w:r>
      <w:proofErr w:type="spellStart"/>
      <w:r w:rsidRPr="00282B01">
        <w:rPr>
          <w:rStyle w:val="10"/>
          <w:sz w:val="40"/>
          <w:szCs w:val="40"/>
        </w:rPr>
        <w:t>науково-дослідницької</w:t>
      </w:r>
      <w:proofErr w:type="spellEnd"/>
      <w:r w:rsidRPr="00282B01">
        <w:rPr>
          <w:rStyle w:val="10"/>
          <w:sz w:val="40"/>
          <w:szCs w:val="40"/>
        </w:rPr>
        <w:t xml:space="preserve"> </w:t>
      </w:r>
      <w:proofErr w:type="spellStart"/>
      <w:r w:rsidRPr="00282B01">
        <w:rPr>
          <w:rStyle w:val="10"/>
          <w:sz w:val="40"/>
          <w:szCs w:val="40"/>
        </w:rPr>
        <w:t>роботи</w:t>
      </w:r>
      <w:proofErr w:type="spellEnd"/>
      <w:r w:rsidRPr="00282B01">
        <w:rPr>
          <w:rStyle w:val="10"/>
        </w:rPr>
        <w:br/>
      </w:r>
      <w:proofErr w:type="spellStart"/>
      <w:r w:rsidRPr="00282B01">
        <w:rPr>
          <w:b/>
        </w:rPr>
        <w:t>Тема</w:t>
      </w:r>
      <w:proofErr w:type="spellEnd"/>
      <w:r>
        <w:t xml:space="preserve">: </w:t>
      </w:r>
      <w:proofErr w:type="spellStart"/>
      <w:r>
        <w:t>Історія</w:t>
      </w:r>
      <w:proofErr w:type="spellEnd"/>
      <w:r>
        <w:t xml:space="preserve"> </w:t>
      </w:r>
      <w:proofErr w:type="spellStart"/>
      <w:r>
        <w:t>рідного</w:t>
      </w:r>
      <w:proofErr w:type="spellEnd"/>
      <w:r>
        <w:t xml:space="preserve"> </w:t>
      </w:r>
      <w:proofErr w:type="spellStart"/>
      <w:r>
        <w:t>міста</w:t>
      </w:r>
      <w:proofErr w:type="spellEnd"/>
      <w:r>
        <w:t xml:space="preserve"> Снігурівки та його околиць</w:t>
      </w:r>
    </w:p>
    <w:p w:rsidR="00C6185B" w:rsidRDefault="00282B01">
      <w:r w:rsidRPr="00282B01">
        <w:rPr>
          <w:b/>
        </w:rPr>
        <w:t>Мета дослідження</w:t>
      </w:r>
      <w:proofErr w:type="gramStart"/>
      <w:r>
        <w:t>:</w:t>
      </w:r>
      <w:proofErr w:type="gramEnd"/>
      <w:r>
        <w:br/>
        <w:t>Дослідити історичний шлях міста Снігурівки, виявити маловідомі події та пам’ятки, що формують локальну ідентичність і відображають участь міста в</w:t>
      </w:r>
      <w:r>
        <w:t xml:space="preserve"> історичних процесах України.</w:t>
      </w:r>
    </w:p>
    <w:p w:rsidR="00C6185B" w:rsidRDefault="00282B01">
      <w:proofErr w:type="spellStart"/>
      <w:r w:rsidRPr="00282B01">
        <w:rPr>
          <w:b/>
        </w:rPr>
        <w:t>Завдання</w:t>
      </w:r>
      <w:proofErr w:type="spellEnd"/>
      <w:proofErr w:type="gramStart"/>
      <w:r>
        <w:t>:</w:t>
      </w:r>
      <w:proofErr w:type="gramEnd"/>
      <w:r>
        <w:br/>
        <w:t xml:space="preserve">- </w:t>
      </w:r>
      <w:proofErr w:type="spellStart"/>
      <w:r>
        <w:t>Вивчити</w:t>
      </w:r>
      <w:proofErr w:type="spellEnd"/>
      <w:r>
        <w:t xml:space="preserve"> </w:t>
      </w:r>
      <w:proofErr w:type="spellStart"/>
      <w:r>
        <w:t>етапи</w:t>
      </w:r>
      <w:proofErr w:type="spellEnd"/>
      <w:r>
        <w:t xml:space="preserve"> </w:t>
      </w:r>
      <w:proofErr w:type="spellStart"/>
      <w:r>
        <w:t>розвитку</w:t>
      </w:r>
      <w:proofErr w:type="spellEnd"/>
      <w:r>
        <w:t xml:space="preserve"> </w:t>
      </w:r>
      <w:proofErr w:type="spellStart"/>
      <w:r>
        <w:t>Снігурівки</w:t>
      </w:r>
      <w:proofErr w:type="spellEnd"/>
      <w:r>
        <w:t xml:space="preserve"> </w:t>
      </w:r>
      <w:proofErr w:type="spellStart"/>
      <w:r>
        <w:t>від</w:t>
      </w:r>
      <w:proofErr w:type="spellEnd"/>
      <w:r>
        <w:t xml:space="preserve"> </w:t>
      </w:r>
      <w:proofErr w:type="spellStart"/>
      <w:r>
        <w:t>перших</w:t>
      </w:r>
      <w:proofErr w:type="spellEnd"/>
      <w:r>
        <w:t xml:space="preserve"> </w:t>
      </w:r>
      <w:proofErr w:type="spellStart"/>
      <w:r>
        <w:t>поселень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сучасності</w:t>
      </w:r>
      <w:proofErr w:type="spellEnd"/>
      <w:r>
        <w:t>;</w:t>
      </w:r>
      <w:r>
        <w:br/>
        <w:t xml:space="preserve">- </w:t>
      </w:r>
      <w:proofErr w:type="spellStart"/>
      <w:r>
        <w:t>Дослідити</w:t>
      </w:r>
      <w:proofErr w:type="spellEnd"/>
      <w:r>
        <w:t xml:space="preserve"> </w:t>
      </w:r>
      <w:proofErr w:type="spellStart"/>
      <w:r>
        <w:t>культурну</w:t>
      </w:r>
      <w:proofErr w:type="spellEnd"/>
      <w:r>
        <w:t xml:space="preserve"> </w:t>
      </w:r>
      <w:proofErr w:type="spellStart"/>
      <w:r>
        <w:t>та</w:t>
      </w:r>
      <w:proofErr w:type="spellEnd"/>
      <w:r>
        <w:t xml:space="preserve"> </w:t>
      </w:r>
      <w:proofErr w:type="spellStart"/>
      <w:r>
        <w:t>історичну</w:t>
      </w:r>
      <w:proofErr w:type="spellEnd"/>
      <w:r>
        <w:t xml:space="preserve"> </w:t>
      </w:r>
      <w:proofErr w:type="spellStart"/>
      <w:r>
        <w:t>спадщину</w:t>
      </w:r>
      <w:proofErr w:type="spellEnd"/>
      <w:r>
        <w:t xml:space="preserve"> </w:t>
      </w:r>
      <w:proofErr w:type="spellStart"/>
      <w:r>
        <w:t>краю</w:t>
      </w:r>
      <w:proofErr w:type="spellEnd"/>
      <w:r>
        <w:t>;</w:t>
      </w:r>
      <w:r>
        <w:br/>
        <w:t xml:space="preserve">- </w:t>
      </w:r>
      <w:proofErr w:type="spellStart"/>
      <w:r>
        <w:t>Проаналізувати</w:t>
      </w:r>
      <w:proofErr w:type="spellEnd"/>
      <w:r>
        <w:t xml:space="preserve"> </w:t>
      </w:r>
      <w:proofErr w:type="spellStart"/>
      <w:r>
        <w:t>власні</w:t>
      </w:r>
      <w:proofErr w:type="spellEnd"/>
      <w:r>
        <w:t xml:space="preserve"> </w:t>
      </w:r>
      <w:proofErr w:type="spellStart"/>
      <w:r>
        <w:t>спостереження</w:t>
      </w:r>
      <w:proofErr w:type="spellEnd"/>
      <w:r>
        <w:t xml:space="preserve"> </w:t>
      </w:r>
      <w:proofErr w:type="spellStart"/>
      <w:r>
        <w:t>та</w:t>
      </w:r>
      <w:proofErr w:type="spellEnd"/>
      <w:r>
        <w:t xml:space="preserve"> </w:t>
      </w:r>
      <w:proofErr w:type="spellStart"/>
      <w:r>
        <w:t>досвід</w:t>
      </w:r>
      <w:proofErr w:type="spellEnd"/>
      <w:r>
        <w:t>.</w:t>
      </w:r>
    </w:p>
    <w:p w:rsidR="00C6185B" w:rsidRDefault="00282B01">
      <w:r w:rsidRPr="00282B01">
        <w:rPr>
          <w:b/>
        </w:rPr>
        <w:t>Об’єкт і предмет дослідження</w:t>
      </w:r>
      <w:proofErr w:type="gramStart"/>
      <w:r>
        <w:t>:</w:t>
      </w:r>
      <w:proofErr w:type="gramEnd"/>
      <w:r>
        <w:br/>
        <w:t xml:space="preserve">- </w:t>
      </w:r>
      <w:r w:rsidRPr="00282B01">
        <w:rPr>
          <w:b/>
        </w:rPr>
        <w:t>Об’єкт</w:t>
      </w:r>
      <w:r>
        <w:t>: історичний процес розвитку Снігурівщини.</w:t>
      </w:r>
      <w:r>
        <w:br/>
        <w:t xml:space="preserve">- </w:t>
      </w:r>
      <w:r w:rsidRPr="00282B01">
        <w:rPr>
          <w:b/>
        </w:rPr>
        <w:t>Предмет</w:t>
      </w:r>
      <w:r>
        <w:t>: події, явища, пам’ятки, що формували регіональну ідентичність.</w:t>
      </w:r>
    </w:p>
    <w:p w:rsidR="00C6185B" w:rsidRDefault="00282B01">
      <w:r w:rsidRPr="00282B01">
        <w:rPr>
          <w:b/>
        </w:rPr>
        <w:t>Теоретична частина</w:t>
      </w:r>
      <w:proofErr w:type="gramStart"/>
      <w:r>
        <w:t>:</w:t>
      </w:r>
      <w:proofErr w:type="gramEnd"/>
      <w:r>
        <w:br/>
        <w:t>На основі краєзнавчих дже</w:t>
      </w:r>
      <w:r>
        <w:t xml:space="preserve">рел, архівів, досліджень встановлено, що територія Снігурівщини була частиною Великого Степу та </w:t>
      </w:r>
      <w:proofErr w:type="spellStart"/>
      <w:r>
        <w:t>осередком</w:t>
      </w:r>
      <w:proofErr w:type="spellEnd"/>
      <w:r>
        <w:t xml:space="preserve"> </w:t>
      </w:r>
      <w:proofErr w:type="spellStart"/>
      <w:r>
        <w:t>скіфської</w:t>
      </w:r>
      <w:proofErr w:type="spellEnd"/>
      <w:r>
        <w:t xml:space="preserve"> </w:t>
      </w:r>
      <w:proofErr w:type="spellStart"/>
      <w:r>
        <w:t>культури</w:t>
      </w:r>
      <w:proofErr w:type="spellEnd"/>
      <w:r>
        <w:t xml:space="preserve"> (</w:t>
      </w:r>
      <w:proofErr w:type="spellStart"/>
      <w:r>
        <w:t>поруч</w:t>
      </w:r>
      <w:proofErr w:type="spellEnd"/>
      <w:r>
        <w:rPr>
          <w:lang w:val="uk-UA"/>
        </w:rPr>
        <w:t xml:space="preserve">, у </w:t>
      </w:r>
      <w:proofErr w:type="spellStart"/>
      <w:r>
        <w:rPr>
          <w:lang w:val="uk-UA"/>
        </w:rPr>
        <w:t>Баштанському</w:t>
      </w:r>
      <w:proofErr w:type="spellEnd"/>
      <w:r>
        <w:rPr>
          <w:lang w:val="uk-UA"/>
        </w:rPr>
        <w:t xml:space="preserve"> районі,</w:t>
      </w:r>
      <w:r>
        <w:t xml:space="preserve"> </w:t>
      </w:r>
      <w:proofErr w:type="spellStart"/>
      <w:r>
        <w:t>знайдено</w:t>
      </w:r>
      <w:proofErr w:type="spellEnd"/>
      <w:r>
        <w:t xml:space="preserve"> </w:t>
      </w:r>
      <w:proofErr w:type="spellStart"/>
      <w:r>
        <w:t>кургани</w:t>
      </w:r>
      <w:proofErr w:type="spellEnd"/>
      <w:r>
        <w:t>). У новітній історії регіон зазнав репресій, окупацій, масових бойових дій. Встановлено також участь інозем</w:t>
      </w:r>
      <w:r>
        <w:t>них військ (Антанти) у XX ст., сліди німецьких таборів, радянських репресій.</w:t>
      </w:r>
    </w:p>
    <w:p w:rsidR="00282B01" w:rsidRDefault="00282B01">
      <w:pPr>
        <w:rPr>
          <w:lang w:val="uk-UA"/>
        </w:rPr>
      </w:pPr>
      <w:r w:rsidRPr="00282B01">
        <w:rPr>
          <w:b/>
        </w:rPr>
        <w:t>Експериментальна частина</w:t>
      </w:r>
      <w:proofErr w:type="gramStart"/>
      <w:r>
        <w:t>:</w:t>
      </w:r>
      <w:proofErr w:type="gramEnd"/>
      <w:r>
        <w:br/>
      </w:r>
      <w:r>
        <w:rPr>
          <w:lang w:val="uk-UA"/>
        </w:rPr>
        <w:t>Проведено</w:t>
      </w:r>
      <w:r>
        <w:t xml:space="preserve"> локальне </w:t>
      </w:r>
      <w:proofErr w:type="spellStart"/>
      <w:r>
        <w:t>дослідження</w:t>
      </w:r>
      <w:proofErr w:type="spellEnd"/>
      <w:r>
        <w:t xml:space="preserve"> з </w:t>
      </w:r>
      <w:proofErr w:type="spellStart"/>
      <w:r>
        <w:t>використанням</w:t>
      </w:r>
      <w:proofErr w:type="spellEnd"/>
      <w:r>
        <w:t xml:space="preserve"> </w:t>
      </w:r>
      <w:proofErr w:type="spellStart"/>
      <w:r>
        <w:t>онлайн-архівів</w:t>
      </w:r>
      <w:proofErr w:type="spellEnd"/>
      <w:r>
        <w:rPr>
          <w:lang w:val="uk-UA"/>
        </w:rPr>
        <w:t>, літературних та матеріальних джерел</w:t>
      </w:r>
      <w:r>
        <w:t xml:space="preserve">. </w:t>
      </w:r>
    </w:p>
    <w:p w:rsidR="00C6185B" w:rsidRDefault="00282B01">
      <w:proofErr w:type="spellStart"/>
      <w:r w:rsidRPr="00282B01">
        <w:rPr>
          <w:b/>
        </w:rPr>
        <w:t>Висновки</w:t>
      </w:r>
      <w:proofErr w:type="spellEnd"/>
      <w:proofErr w:type="gramStart"/>
      <w:r>
        <w:t>:</w:t>
      </w:r>
      <w:proofErr w:type="gramEnd"/>
      <w:r>
        <w:br/>
      </w:r>
      <w:proofErr w:type="spellStart"/>
      <w:r w:rsidRPr="00282B01">
        <w:t>Попри</w:t>
      </w:r>
      <w:proofErr w:type="spellEnd"/>
      <w:r w:rsidRPr="00282B01">
        <w:t xml:space="preserve">, </w:t>
      </w:r>
      <w:proofErr w:type="spellStart"/>
      <w:r w:rsidRPr="00282B01">
        <w:t>на</w:t>
      </w:r>
      <w:proofErr w:type="spellEnd"/>
      <w:r w:rsidRPr="00282B01">
        <w:t xml:space="preserve"> </w:t>
      </w:r>
      <w:proofErr w:type="spellStart"/>
      <w:r w:rsidRPr="00282B01">
        <w:t>перший</w:t>
      </w:r>
      <w:proofErr w:type="spellEnd"/>
      <w:r w:rsidRPr="00282B01">
        <w:t xml:space="preserve"> </w:t>
      </w:r>
      <w:proofErr w:type="spellStart"/>
      <w:r w:rsidRPr="00282B01">
        <w:t>погляд</w:t>
      </w:r>
      <w:proofErr w:type="spellEnd"/>
      <w:r w:rsidRPr="00282B01">
        <w:t xml:space="preserve">, </w:t>
      </w:r>
      <w:proofErr w:type="spellStart"/>
      <w:r w:rsidRPr="00282B01">
        <w:t>звичайність</w:t>
      </w:r>
      <w:proofErr w:type="spellEnd"/>
      <w:r w:rsidRPr="00282B01">
        <w:t xml:space="preserve">, </w:t>
      </w:r>
      <w:proofErr w:type="spellStart"/>
      <w:r w:rsidRPr="00282B01">
        <w:t>Снігурівка</w:t>
      </w:r>
      <w:proofErr w:type="spellEnd"/>
      <w:r w:rsidRPr="00282B01">
        <w:t xml:space="preserve"> є </w:t>
      </w:r>
      <w:proofErr w:type="spellStart"/>
      <w:r w:rsidRPr="00282B01">
        <w:t>частиною</w:t>
      </w:r>
      <w:proofErr w:type="spellEnd"/>
      <w:r w:rsidRPr="00282B01">
        <w:t xml:space="preserve"> </w:t>
      </w:r>
      <w:proofErr w:type="spellStart"/>
      <w:r w:rsidRPr="00282B01">
        <w:t>історичних</w:t>
      </w:r>
      <w:proofErr w:type="spellEnd"/>
      <w:r w:rsidRPr="00282B01">
        <w:t xml:space="preserve"> </w:t>
      </w:r>
      <w:proofErr w:type="spellStart"/>
      <w:r w:rsidRPr="00282B01">
        <w:t>зламів</w:t>
      </w:r>
      <w:proofErr w:type="spellEnd"/>
      <w:r w:rsidRPr="00282B01">
        <w:t xml:space="preserve"> </w:t>
      </w:r>
      <w:proofErr w:type="spellStart"/>
      <w:r w:rsidRPr="00282B01">
        <w:t>та</w:t>
      </w:r>
      <w:proofErr w:type="spellEnd"/>
      <w:r w:rsidRPr="00282B01">
        <w:t xml:space="preserve"> </w:t>
      </w:r>
      <w:proofErr w:type="spellStart"/>
      <w:r w:rsidRPr="00282B01">
        <w:t>трансформацій</w:t>
      </w:r>
      <w:proofErr w:type="spellEnd"/>
      <w:r w:rsidRPr="00282B01">
        <w:t xml:space="preserve">. </w:t>
      </w:r>
      <w:proofErr w:type="spellStart"/>
      <w:r w:rsidRPr="00282B01">
        <w:t>Виявлено</w:t>
      </w:r>
      <w:proofErr w:type="spellEnd"/>
      <w:r w:rsidRPr="00282B01">
        <w:t xml:space="preserve"> </w:t>
      </w:r>
      <w:proofErr w:type="spellStart"/>
      <w:r w:rsidRPr="00282B01">
        <w:t>спадкоємність</w:t>
      </w:r>
      <w:proofErr w:type="spellEnd"/>
      <w:r w:rsidRPr="00282B01">
        <w:t xml:space="preserve"> </w:t>
      </w:r>
      <w:proofErr w:type="spellStart"/>
      <w:r w:rsidRPr="00282B01">
        <w:t>культур</w:t>
      </w:r>
      <w:proofErr w:type="spellEnd"/>
      <w:r w:rsidRPr="00282B01">
        <w:t xml:space="preserve">: </w:t>
      </w:r>
      <w:proofErr w:type="spellStart"/>
      <w:r w:rsidRPr="00282B01">
        <w:t>від</w:t>
      </w:r>
      <w:proofErr w:type="spellEnd"/>
      <w:r w:rsidRPr="00282B01">
        <w:t xml:space="preserve"> </w:t>
      </w:r>
      <w:proofErr w:type="spellStart"/>
      <w:r w:rsidRPr="00282B01">
        <w:t>скіфської</w:t>
      </w:r>
      <w:proofErr w:type="spellEnd"/>
      <w:r w:rsidRPr="00282B01">
        <w:t xml:space="preserve"> </w:t>
      </w:r>
      <w:proofErr w:type="spellStart"/>
      <w:r w:rsidRPr="00282B01">
        <w:t>доби</w:t>
      </w:r>
      <w:proofErr w:type="spellEnd"/>
      <w:r w:rsidRPr="00282B01">
        <w:t xml:space="preserve"> </w:t>
      </w:r>
      <w:proofErr w:type="spellStart"/>
      <w:r w:rsidRPr="00282B01">
        <w:t>до</w:t>
      </w:r>
      <w:proofErr w:type="spellEnd"/>
      <w:r w:rsidRPr="00282B01">
        <w:t xml:space="preserve"> </w:t>
      </w:r>
      <w:proofErr w:type="spellStart"/>
      <w:r w:rsidRPr="00282B01">
        <w:t>сьогодення</w:t>
      </w:r>
      <w:proofErr w:type="spellEnd"/>
      <w:r w:rsidRPr="00282B01">
        <w:t xml:space="preserve">. </w:t>
      </w:r>
      <w:proofErr w:type="spellStart"/>
      <w:proofErr w:type="gramStart"/>
      <w:r w:rsidRPr="00282B01">
        <w:t>Результати</w:t>
      </w:r>
      <w:proofErr w:type="spellEnd"/>
      <w:r w:rsidRPr="00282B01">
        <w:t xml:space="preserve"> </w:t>
      </w:r>
      <w:proofErr w:type="spellStart"/>
      <w:r w:rsidRPr="00282B01">
        <w:t>дослідження</w:t>
      </w:r>
      <w:proofErr w:type="spellEnd"/>
      <w:r w:rsidRPr="00282B01">
        <w:t xml:space="preserve"> </w:t>
      </w:r>
      <w:proofErr w:type="spellStart"/>
      <w:r w:rsidRPr="00282B01">
        <w:t>засвідчують</w:t>
      </w:r>
      <w:proofErr w:type="spellEnd"/>
      <w:r w:rsidRPr="00282B01">
        <w:t xml:space="preserve"> </w:t>
      </w:r>
      <w:proofErr w:type="spellStart"/>
      <w:r w:rsidRPr="00282B01">
        <w:t>значення</w:t>
      </w:r>
      <w:proofErr w:type="spellEnd"/>
      <w:r w:rsidRPr="00282B01">
        <w:t xml:space="preserve"> </w:t>
      </w:r>
      <w:proofErr w:type="spellStart"/>
      <w:r w:rsidRPr="00282B01">
        <w:t>регіональної</w:t>
      </w:r>
      <w:proofErr w:type="spellEnd"/>
      <w:r w:rsidRPr="00282B01">
        <w:t xml:space="preserve"> </w:t>
      </w:r>
      <w:proofErr w:type="spellStart"/>
      <w:r w:rsidRPr="00282B01">
        <w:t>історії</w:t>
      </w:r>
      <w:proofErr w:type="spellEnd"/>
      <w:r w:rsidRPr="00282B01">
        <w:t xml:space="preserve"> у </w:t>
      </w:r>
      <w:bookmarkStart w:id="0" w:name="_GoBack"/>
      <w:bookmarkEnd w:id="0"/>
      <w:proofErr w:type="spellStart"/>
      <w:r w:rsidRPr="00282B01">
        <w:t>формуванні</w:t>
      </w:r>
      <w:proofErr w:type="spellEnd"/>
      <w:r w:rsidRPr="00282B01">
        <w:t xml:space="preserve"> </w:t>
      </w:r>
      <w:proofErr w:type="spellStart"/>
      <w:r w:rsidRPr="00282B01">
        <w:t>громадянської</w:t>
      </w:r>
      <w:proofErr w:type="spellEnd"/>
      <w:r w:rsidRPr="00282B01">
        <w:t xml:space="preserve"> </w:t>
      </w:r>
      <w:proofErr w:type="spellStart"/>
      <w:r w:rsidRPr="00282B01">
        <w:t>позиції</w:t>
      </w:r>
      <w:proofErr w:type="spellEnd"/>
      <w:r w:rsidRPr="00282B01">
        <w:t>.</w:t>
      </w:r>
      <w:proofErr w:type="gramEnd"/>
    </w:p>
    <w:sectPr w:rsidR="00C6185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82B01"/>
    <w:rsid w:val="0029639D"/>
    <w:rsid w:val="00326F90"/>
    <w:rsid w:val="00AA1D8D"/>
    <w:rsid w:val="00B47730"/>
    <w:rsid w:val="00C6185B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  <w:rPr>
      <w:rFonts w:ascii="Times New Roman" w:hAnsi="Times New Roman"/>
      <w:sz w:val="2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  <w:rPr>
      <w:rFonts w:ascii="Times New Roman" w:hAnsi="Times New Roman"/>
      <w:sz w:val="2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7430F1C-4A7B-415E-B517-C520FB62B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905</Words>
  <Characters>517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1420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0823</cp:lastModifiedBy>
  <cp:revision>3</cp:revision>
  <dcterms:created xsi:type="dcterms:W3CDTF">2013-12-23T23:15:00Z</dcterms:created>
  <dcterms:modified xsi:type="dcterms:W3CDTF">2025-04-14T12:21:00Z</dcterms:modified>
  <cp:category/>
</cp:coreProperties>
</file>